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Hierarchická škrupina uzamkne a stabilizuje nanokryštály perovskitu s kvantovým výťažkom takmer jednotným</w:t>
      </w:r>
    </w:p>
    <w:p>
      <w:r>
        <w:t>Zdroj: Science Magazine</w:t>
      </w:r>
    </w:p>
    <w:p>
      <w:r>
        <w:t>Publikované: 2026-01-15T08:00:00Z</w:t>
      </w:r>
    </w:p>
    <w:p/>
    <w:p>
      <w:pPr>
        <w:pStyle w:val="Heading1"/>
      </w:pPr>
      <w:r>
        <w:t>Súhrn</w:t>
      </w:r>
    </w:p>
    <w:p>
      <w:r>
        <w:t>Vedci vyvinuli hierarchickú škrupinu, ktorá uzamkne a stabilizuje nanokryštály perovskitu. Tento prístup dosahuje kvantový výťažok takmer jednotný. Štúdia je publikovaná v časopise Science, zväzok 391, vydanie 6782, január 2026. Nanokryštály perovskitu sú kľúčové pre pokročilé aplikácie v technológiách. Stabilizácia zlepšuje ich vlastnosti pre praktické využitie. Hlavné zistenie spočíva v dosiahnutí vysokej stability a efektivity.</w:t>
      </w:r>
    </w:p>
    <w:p/>
    <w:p>
      <w:pPr>
        <w:jc w:val="center"/>
      </w:pPr>
      <w:r>
        <w:t>Vygenerované: 15.01.2026 21:01:51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