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4. deň JPM, rozhovor s Georgeom Yancopoulosom z Regeneron, predpoveď IPO a všetky oči na J&amp;J</w:t>
      </w:r>
    </w:p>
    <w:p>
      <w:r>
        <w:t>Zdroj: STAT News</w:t>
      </w:r>
    </w:p>
    <w:p>
      <w:r>
        <w:t>Publikované: Thu, 15 Jan 2026 19:31:53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úplný text článku s názvom "STAT+: On Day 4 of JPM, a chat with Regeneron's George Yancopoulos, an IPO forecast, and all eyes on J&amp;J". Výsledky vyhľadávania obsahujú iba krátky odkaz na tento článok bez podrobného obsahu[5][6]. Aby som mohol vytvoriť presný a faktický súhrn v slovenčine, potreboval by som úplný text článku s konkrétnym obsahom rozhovoru s Georgeom Yancopoulosom a ďalšími informáciami uvedenými v článku. Ak máte prístup k úplnému textu tohto článku, môžem vám vytvoriť požadovaný súhrn podľa vašich špecifikácií.</w:t>
      </w:r>
    </w:p>
    <w:p/>
    <w:p>
      <w:pPr>
        <w:jc w:val="center"/>
      </w:pPr>
      <w:r>
        <w:t>Vygenerované: 15.01.2026 21:00:34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