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12 ľudí hospitalizovaných v ohnisku; astronaut Medevac; ICE Detainees' Meds</w:t>
      </w:r>
    </w:p>
    <w:p>
      <w:r>
        <w:t>Zdroj: MedPage Today</w:t>
      </w:r>
    </w:p>
    <w:p>
      <w:r>
        <w:t>Publikované: Thu, 15 Jan 2026 09:30:10 -0500</w:t>
      </w:r>
    </w:p>
    <w:p/>
    <w:p>
      <w:pPr>
        <w:pStyle w:val="Heading1"/>
      </w:pPr>
      <w:r>
        <w:t>Súhrn</w:t>
      </w:r>
    </w:p>
    <w:p>
      <w:r>
        <w:t>FDA a CDC vyšetrujú multištátne prepuknutie infekcií Salmonella Typhimurium spojené s práškom doplnku stravy Super Greens značky Live it Up. V súvislosti s týmto ohniskom bolo hospitalizovaných 12 ľudí. Článok spomína aj prípad astronauta, ktorý bol evakuovaný zdravotníckymi prostriedkami. Ďalším bodom je téma liekov pre zadržiavaných ICE. Niektoré odkazy v článku môžu vyžadovať registráciu alebo predplatné.</w:t>
      </w:r>
    </w:p>
    <w:p/>
    <w:p>
      <w:pPr>
        <w:jc w:val="center"/>
      </w:pPr>
      <w:r>
        <w:t>Vygenerované: 15.01.2026 17:00:53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