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Kolegyne sestry: Má ošetrovateľstvo problém so „zlým dievčaťom“?</w:t>
      </w:r>
    </w:p>
    <w:p>
      <w:r>
        <w:t>Zdroj: MedPage Today</w:t>
      </w:r>
    </w:p>
    <w:p>
      <w:r>
        <w:t>Publikované: Thu, 15 Jan 2026 10:00:11 -0500</w:t>
      </w:r>
    </w:p>
    <w:p/>
    <w:p>
      <w:pPr>
        <w:pStyle w:val="Heading1"/>
      </w:pPr>
      <w:r>
        <w:t>Súhrn</w:t>
      </w:r>
    </w:p>
    <w:p>
      <w:r>
        <w:t>Článok z portálu MedPage Today sa zaoberá problémom interpersonálnych vzťahov v ošetrovateľstve, konkrétne fenoménom "zlého dievčaťa" v zdravotníckych zariadeniach. Článok poukazuje na rozpor medzi tradičným obrazom zdravotnej sestry ako starostlivej a poslušnej asistentky lekára a realitou pracovného prostredia. Téma sa zameriava na negatívne správanie medzi sestrami navzájom a na to, ako tieto dynamiky ovplyvňujú pracovné prostredie v zdravotníctve. Článok naznačuje, že ošetrovateľstvo čelí špecifickým výzvam v oblasti medziľudských vzťahov medzi zdravotníckym personálom. Diskusia sa týka toho, ako stereotypy a očakávania voči sestrám môžu prispievať k toxickému pracovnému prostrediu. Článok zdôrazňuje potrebu riešenia týchto problémov v profesionálnej komunite zdravotných sestier.</w:t>
      </w:r>
    </w:p>
    <w:p/>
    <w:p>
      <w:pPr>
        <w:jc w:val="center"/>
      </w:pPr>
      <w:r>
        <w:t>Vygenerované: 15.01.2026 17:00:44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