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Názor: Môj starý otec vytvoril vakcínu proti hepatitíde B. Uznal by dnes verejné zdravie v USA?</w:t>
      </w:r>
    </w:p>
    <w:p>
      <w:r>
        <w:t>Zdroj: STAT News</w:t>
      </w:r>
    </w:p>
    <w:p>
      <w:r>
        <w:t>Publikované: Thu, 15 Jan 2026 09:30:00 +0000</w:t>
      </w:r>
    </w:p>
    <w:p/>
    <w:p>
      <w:pPr>
        <w:pStyle w:val="Heading1"/>
      </w:pPr>
      <w:r>
        <w:t>Súhrn</w:t>
      </w:r>
    </w:p>
    <w:p>
      <w:r>
        <w:t>Lekárka Emilie G. C. Thompsonová tvrdí, že jej starý otec vytvoril vakcínu proti hepatitíde B. Sleduje, ako sa jeho dedičstvo rozkladá. Prvý článok o vakcíne Heptavax-B od spoločnosti Merck Sharp &amp; Dohme bol schválený FDA v novembri 1981[1][2][3]. V roku 1986 bola zavedená rekombinantná verzia Recombivax-HB[1][3]. V roku 1991 odporučila poradná komisia CDC očkovanie všetkých novorodencov prvou dávkou pred prepustením z nemocnice[1][3]. Vakcína je považovaná za prvú protirakovinovú vakcínu, pretože zabraňuje pečeňovému karcinómu[2]. Chronická hepatitída B a C spôsobuje 80 % všetkých prípadov pečeňového karcinómu na svete[2].</w:t>
      </w:r>
    </w:p>
    <w:p/>
    <w:p>
      <w:pPr>
        <w:jc w:val="center"/>
      </w:pPr>
      <w:r>
        <w:t>Vygenerované: 15.01.2026 11:04:13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