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zmene vo varovaniach o liekoch na obezitu, schválení FDA a ďalších</w:t>
      </w:r>
    </w:p>
    <w:p>
      <w:r>
        <w:t>Zdroj: STAT News</w:t>
      </w:r>
    </w:p>
    <w:p>
      <w:r>
        <w:t>Publikované: Wed, 14 Jan 2026 14:20:24 +0000</w:t>
      </w:r>
    </w:p>
    <w:p/>
    <w:p>
      <w:pPr>
        <w:pStyle w:val="Heading1"/>
      </w:pPr>
      <w:r>
        <w:t>Súhrn</w:t>
      </w:r>
    </w:p>
    <w:p>
      <w:r>
        <w:t>Agentúra FDA požiadala výrobcov liekov na chudnutie GLP-1, aby odstránili varovania o možnom riziku samovražedných myšlienok.[1] Dňa 22. decembra 2025 schválila FDA prvý orálny liek GLP-1 na liečbu obezity, tabletu Wegovy od spoločnosti Novo Nordisk.[1][4] Táto tableta sa podáva raz denne a dosahuje výsledky chudnutia porovnateľné s injekčnou verziou Wegovy.[1] V klinickej štúdii OASIS 4 ukončilo liečbu 7 percent účastníkov kvôli vedľajším účinkom, oproti 6 percentám v placebovej skupine.[1] Najčastejšie vedľajšie účinky zahŕňajú nevoľnosť, vracanie, hnačku a zápchu, ktoré sú často dočasné.[1] GLP-1 lieky nie sú vhodné pre pacientov s anamnézou medulárneho karcinómu štítovej žľazy, syndrómom viacnásobnej endokrínnej neoplázie typu 2 alebo precitlivenosťou na semaglutid.[1] Nie sú odporúčané v tehotenstve ani pri dojčení.[1] Ďalšie schválenia zahŕňajú očakávanú tabletu orforglipron od Eli Lilly v roku 2026 a CagriSema od Novo Nordisk, kde účastníci stratili priemerne 20,4 percenta telesnej hmotnosti po 68 týždňoch.[2]</w:t>
      </w:r>
    </w:p>
    <w:p/>
    <w:p>
      <w:pPr>
        <w:jc w:val="center"/>
      </w:pPr>
      <w:r>
        <w:t>Vygenerované: 14.01.2026 16:00:42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