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BD investuje 110 miliónov dolárov do rozšírenia výroby predplniteľných injekčných striekačiek v USA</w:t>
      </w:r>
    </w:p>
    <w:p>
      <w:r>
        <w:t>Zdroj: Pharmaceutical Technology</w:t>
      </w:r>
    </w:p>
    <w:p>
      <w:r>
        <w:t>Publikované: Wed, 14 Jan 2026 10:00:50 +0000</w:t>
      </w:r>
    </w:p>
    <w:p/>
    <w:p>
      <w:pPr>
        <w:pStyle w:val="Heading1"/>
      </w:pPr>
      <w:r>
        <w:t>Súhrn</w:t>
      </w:r>
    </w:p>
    <w:p>
      <w:r>
        <w:t>Spoločnosť BD (Becton, Dickinson and Company) oznámila investíciu vo výške 110 miliónov dolárov na rozšírenie svojej výroby predplniteľných injekčných striekačiek v USA. Táto investícia je zameraná výlučne na rozšírenie kapacity výroby v amerických zariadeniach. Predplniteľné injekčné striekačky slúžia na bezpečné podávanie liekov. Oznam potvrdzuje záväzok spoločnosti BD k posilneniu domácej produkcie. Investícia reaguje na rastúci dopyt po týchto zdravotníckych pomôckach. Rozšírenie prispeje k lepšej dostupnosti produktov na trhu.</w:t>
      </w:r>
    </w:p>
    <w:p/>
    <w:p>
      <w:pPr>
        <w:jc w:val="center"/>
      </w:pPr>
      <w:r>
        <w:t>Vygenerované: 14.01.2026 13:00:53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