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„Zavádzajúca“ reklama na lieky na srdce; Dohoda JenaValve zmarená; SGLT2 inhibítor na prevenciu HF</w:t>
      </w:r>
    </w:p>
    <w:p>
      <w:r>
        <w:t>Zdroj: MedPage Today</w:t>
      </w:r>
    </w:p>
    <w:p>
      <w:r>
        <w:t>Publikované: Tue, 13 Jan 2026 14:48:54 -0500</w:t>
      </w:r>
    </w:p>
    <w:p/>
    <w:p>
      <w:pPr>
        <w:pStyle w:val="Heading1"/>
      </w:pPr>
      <w:r>
        <w:t>Súhrn</w:t>
      </w:r>
    </w:p>
    <w:p>
      <w:r>
        <w:t>FDA označila televíznu reklamu na liek Nexlizet (kyselina bempedoová a ezetimib) od spoločnosti Esperion Therapeutics za nepravdivú alebo zavádzajúcu.[1] Reklama tvrdila, že Nexlizet je jediný nestatín schválený FDA na znižovanie zlého cholesterolu a rizika infarktu.[1][4] Podľa FDA takéto tvrdenie nesprávne označuje liek a porušuje Federal Food, Drug, and Cosmetic Act.[1] Vizualizácie v reklame, ako karikatúrne „lipidové postavičky“ v tepne, bránia pochopeniu hlavného vyhlásenia.[1] FDA žiada od Esperionu okamžité opatrenia, vrátane ukončenia zavádzajúcich reklám, a písomnú odpoveď do 15 pracovných dní.[1] Tento list je untitled letter z 19. decembra 2025.[1]</w:t>
      </w:r>
    </w:p>
    <w:p/>
    <w:p>
      <w:pPr>
        <w:jc w:val="center"/>
      </w:pPr>
      <w:r>
        <w:t>Vygenerované: 13.01.2026 22:00:53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