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Ľudia, tváre sa zdali menšie ako zvyčajne v zriedkavých prípadoch pacienta</w:t>
      </w:r>
    </w:p>
    <w:p>
      <w:r>
        <w:t>Zdroj: MedPage Today</w:t>
      </w:r>
    </w:p>
    <w:p>
      <w:r>
        <w:t>Publikované: Mon, 12 Jan 2026 11:03:11 -0500</w:t>
      </w:r>
    </w:p>
    <w:p/>
    <w:p>
      <w:pPr>
        <w:pStyle w:val="Heading1"/>
      </w:pPr>
      <w:r>
        <w:t>Súhrn</w:t>
      </w:r>
    </w:p>
    <w:p>
      <w:r>
        <w:t>U 54-ročného muža v USA pred dvoma rokmi lekári diagnostikovali syndróm Alice v krajine zázrakov po tom, ako sa mu ikony na počítačovom monitore zdali vyskočiť, pokriviť a zmiznúť po 10 minútach.[1] Tento zriedkavý syndróm spôsoboval glioblastóm, agresívna forma rakoviny mozgu.[1] Pacient mal ďalšie príznaky ako pulzujúca bolesť hlavy, nevoľnosť a extrémnu citlivosť na svetlo, trpel migrénami mesiace a mal rodinnú anamnézu nádorov mozgu.[1] Syndróm je druhýkrát spojený s glioblastómom a spôsobuje skreslené vnímanie okolia, podobné zážitkom fiktívnej postavy Alice.[1] Zvyčajne ho spúšťajú epilepsia, drogy, migrény, psychické poruchy alebo infekcie ako vírus Epsteina-Barrovej.[1] Syndróm je pomenovaný podľa knihy Lewisa Carrolla, kde postava zažíva bizarné zmeny veľkosti.[1]</w:t>
      </w:r>
    </w:p>
    <w:p/>
    <w:p>
      <w:pPr>
        <w:jc w:val="center"/>
      </w:pPr>
      <w:r>
        <w:t>Vygenerované: 12.01.2026 18:00:49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