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Doplnok viazaný na riziko mozgovej príhody; Odvolanie syra je najvážnejšie; GLP-1 Pioneer zomrie</w:t>
      </w:r>
    </w:p>
    <w:p>
      <w:r>
        <w:t>Zdroj: MedPage Today</w:t>
      </w:r>
    </w:p>
    <w:p>
      <w:r>
        <w:t>Publikované: Mon, 12 Jan 2026 09:38:38 -0500</w:t>
      </w:r>
    </w:p>
    <w:p/>
    <w:p>
      <w:pPr>
        <w:pStyle w:val="Heading1"/>
      </w:pPr>
      <w:r>
        <w:t>Súhrn</w:t>
      </w:r>
    </w:p>
    <w:p>
      <w:r>
        <w:t>Kapsuly Silintan, doplnok výživy určený na bolesti kĺbov a tela, boli stiahnuté z trhu kvôli prítomnosti meloxikamu. Meloxikam je nesteroidné protizápalové liečivo (NSAID). Tento doplnok je viazaný na riziko mozgovej príhody. Odvolanie syra je označené ako najvážnejšie. Pionier liekov GLP-1 zomrel. Článok pochádza z MedPage Today a upozorňuje, že niektoré odkazy môžu vyžadovať registráciu alebo predplatné.</w:t>
      </w:r>
    </w:p>
    <w:p/>
    <w:p>
      <w:pPr>
        <w:jc w:val="center"/>
      </w:pPr>
      <w:r>
        <w:t>Vygenerované: 12.01.2026 17:00:53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