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záznam v stravovacích pokynoch: rady na udržanie zdravých hladín testosterónu</w:t>
      </w:r>
    </w:p>
    <w:p>
      <w:r>
        <w:t>Zdroj: STAT News</w:t>
      </w:r>
    </w:p>
    <w:p>
      <w:r>
        <w:t>Publikované: Mon, 12 Jan 2026 09:30:00 +0000</w:t>
      </w:r>
    </w:p>
    <w:p/>
    <w:p>
      <w:pPr>
        <w:pStyle w:val="Heading1"/>
      </w:pPr>
      <w:r>
        <w:t>Súhrn</w:t>
      </w:r>
    </w:p>
    <w:p>
      <w:r>
        <w:t>Nové stravovacie usmernenia v USA pre roky 2025–2030 po prvýkrát obsahujú v prílohe o vedeckých základoch sekciu o podpore zdravia testosterónu u mužov.[1] Muži, ktorí chcú udržať zdravé hladiny testosterónu, by sa mali zamerať na vyváženú stravu bohatú na zdravé tuky.[1] Usmernenia neodporúčajú nízkotučné diéty, pretože výskum ich spája s miernym poklesom testosterónu.[1] Odporúča sa tiež zostať aktívny a udržiavať zdravú telesnú hmotnosť, pričom pre nadváhu a obézných mužov sa navrhuje strata hmotnosti.[1] Nadváha často zvyšuje hladiny estrogénu, pretože enzým v tukových bunkách premieňa testosterón na estrogén, čo potláča jeho tvorbu.[1] Žiadna jednotlivá potravina testosterón nezvýši, no celková kvalita stravy je kľúčová.[1]</w:t>
      </w:r>
    </w:p>
    <w:p/>
    <w:p>
      <w:pPr>
        <w:jc w:val="center"/>
      </w:pPr>
      <w:r>
        <w:t>Vygenerované: 12.01.2026 11:00:57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