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Ebola a poskytovatelia zdravotnej starostlivosti: prípad preventívneho očkovania</w:t>
      </w:r>
    </w:p>
    <w:p>
      <w:r>
        <w:t>Zdroj: The Lancet</w:t>
      </w:r>
    </w:p>
    <w:p>
      <w:r>
        <w:t>Publikované: 2026-01-12T23:30:02Z</w:t>
      </w:r>
    </w:p>
    <w:p/>
    <w:p>
      <w:pPr>
        <w:pStyle w:val="Heading1"/>
      </w:pPr>
      <w:r>
        <w:t>Súhrn</w:t>
      </w:r>
    </w:p>
    <w:p>
      <w:r>
        <w:t>Šestnásťte prepuknutie vírusovej choroby Ebola bolo vyhlásené 4. septembra 2025 v Bulape Health Zone v DR Kongo.[1] Toto prepuknutie podčiarkuje pretrvávajúcu zraniteľnosť poskytovateľov zdravotnej starostlivosti počas nástupu epidémií.[1] Do 30. novembra 2025 bolo hlásených 64 prípadov (53 potvrdených, 11 pravdepodobných), vrátane 45 úmrtí s mierou úmrtnosti 70,3 %.[1] Päť prípadov bolo medzi zdravotníckymi pracovníkmi (štyria zdravotné sestry a jeden laboratórny technik), z ktorých traja zomreli.[1] Epicentrá epidémie boli v oblastiach Dikolo (26 prípadov, 15 úmrtí) a Bulape (24 prípadov, 22 úmrtí), ktoré tvoria 78,1 % všetkých prípadov a 82,2 % úmrtí.[1] Výskyt zahŕňal nozokomiálnu transmisiu a vysoko rizikové pohrebné zhromaždenie s vysokou úmrtnosťou u malých detí.[1] Od posledného potvrdeného prípadu 25. septembra 2025 neboli hlásené nové potvrdené prípady.[1]</w:t>
      </w:r>
    </w:p>
    <w:p/>
    <w:p>
      <w:pPr>
        <w:jc w:val="center"/>
      </w:pPr>
      <w:r>
        <w:t>Vygenerované: 16.01.2026 01:03:04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