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Novoobjavené zlúčeniny kávy porazili liek na cukrovku v laboratórnych testoch</w:t>
      </w:r>
    </w:p>
    <w:p>
      <w:r>
        <w:t>Zdroj: ScienceDaily Health</w:t>
      </w:r>
    </w:p>
    <w:p>
      <w:r>
        <w:t>Publikované: Sun, 11 Jan 2026 08:10:20 EST</w:t>
      </w:r>
    </w:p>
    <w:p/>
    <w:p>
      <w:pPr>
        <w:pStyle w:val="Heading1"/>
      </w:pPr>
      <w:r>
        <w:t>Súhrn</w:t>
      </w:r>
    </w:p>
    <w:p>
      <w:r>
        <w:t>Výskumníci objavili nové zlúčeniny v praženej kávě, ktoré môžu pomôcť kontrolovať hladinu cukru v krvi. Tieto zlúčeniny inhibujú α-glukozidázu, enzým spojený s cukrovkou 2. typu. Niektoré z objavených molekúl boli v laboratórnych testoch účinnejšie ako bežne používané antidiabetické lieky. Štúdia predstavila aj nový, rýchlejší a ekologickejší spôsob na identifikáciu zdraviu prospešných zlúčenín v zložitých potravinách ako je káva. Zistenia naznačujú, že pražená káva by mohla mať potenciál nad rámec svojho obvyklého stimulačného účinku. Výskum bol realizovaný v laboratórnych podmienkach, čo znamená, že ďalšie klinické štúdie by boli potrebné na potvrdenie účinnosti u ľudí.</w:t>
      </w:r>
    </w:p>
    <w:p/>
    <w:p>
      <w:pPr>
        <w:jc w:val="center"/>
      </w:pPr>
      <w:r>
        <w:t>Vygenerované: 11.01.2026 15:00:29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