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OpenAI vás pozýva na nahranie zdravotných záznamov do ChatGPT</w:t>
      </w:r>
    </w:p>
    <w:p>
      <w:r>
        <w:t>Zdroj: STAT News</w:t>
      </w:r>
    </w:p>
    <w:p>
      <w:r>
        <w:t>Publikované: Thu, 08 Jan 2026 17:01:11 +0000</w:t>
      </w:r>
    </w:p>
    <w:p/>
    <w:p>
      <w:pPr>
        <w:pStyle w:val="Heading1"/>
      </w:pPr>
      <w:r>
        <w:t>Súhrn</w:t>
      </w:r>
    </w:p>
    <w:p>
      <w:r>
        <w:t>OpenAI predstavila novú službu ChatGPT Health, ktorá umožňuje používateľom bezpečne nahrať svoje zdravotné záznamy a prepojiť ich s AI systémom ChatGPT[1]. Služba zahrnuje špeciálne navrhnuté šifrovanie a izoláciu, ktoré chránia zdravotné konverzácie, a OpenAI garantuje, že tieto rozhovory sa nepoužívajú na trénovanie jej modelov[1]. Služba bola vyvinutá v spolupráci s viac ako 260 lekármi z 60 krajín, ktorí poskytli viac ako 600 000 spätných väzieb na výstupy modelu v 30 zdravotníckych špecializáciách[1]. Používatelia si môžu nahrať medicínske záznamy, výsledky testov a prepojiť aplikácie ako Apple Health, Function a MyFitnessPal, aby ChatGPT mohol pomôcť s pochopením výsledkov testov, prípravou na lekárske návštevy alebo poradenstvom v oblasti stravy a cvičenia[2]. Služba je v súčasnosti dostupná pre malú skupinu používateľov mimo Európskej hospodárskej oblasti, Švajčiarska a Veľkej Británie, pričom integrácia zdravotných záznamov a niektoré aplikácie sú dostupné len v USA[1]. OpenAI plánuje rozšíriť dostupnosť služby pre všetkých používateľov na webe a iOS v nasledujúcich týždňoch[1].</w:t>
      </w:r>
    </w:p>
    <w:p/>
    <w:p>
      <w:pPr>
        <w:jc w:val="center"/>
      </w:pPr>
      <w:r>
        <w:t>Vygenerované: 08.01.2026 19:03:33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