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Potenciál epidurálnych steroidných injekcií pre akútny pásový opar</w:t>
      </w:r>
    </w:p>
    <w:p>
      <w:r>
        <w:t>Zdroj: Email Newsletter</w:t>
      </w:r>
    </w:p>
    <w:p>
      <w:r>
        <w:t>Publikované: Thu, 08 Jan 2026 13:00:14 +0000 (UTC)</w:t>
      </w:r>
    </w:p>
    <w:p/>
    <w:p>
      <w:pPr>
        <w:pStyle w:val="Heading1"/>
      </w:pPr>
      <w:r>
        <w:t>Súhrn</w:t>
      </w:r>
    </w:p>
    <w:p>
      <w:r>
        <w:t>Stručný, faktický súhrn článku v slovenčine: Článok sa zaoberá potenciálom epidurálnych steroidných injekcií pri liečbe akútneho pásového oparu. Epidurálne injekcie steroidov sa často používajú na liečbu bolesti spôsobenej pásovým oparom, ale ich účinnosť a bezpečnosť pri tejto indikácii nie sú jasné. Článok diskutuje o potrebe ďalšieho výskumu a lepšieho informovania lekárov o tejto liečebnej možnosti. Upozorňuje na riziká spojené s používaním epidurálnych steroidných injekcií a zdôrazňuje dôležitosť starostlivého zváženia prínosov a rizík pri rozhodovaní o ich použití pri akútnom pásovom opare.</w:t>
      </w:r>
    </w:p>
    <w:p/>
    <w:p>
      <w:pPr>
        <w:jc w:val="center"/>
      </w:pPr>
      <w:r>
        <w:t>Vygenerované: 08.01.2026 15:02:06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