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Názor: Očakávajú Američania od drog priveľa?</w:t>
      </w:r>
    </w:p>
    <w:p>
      <w:r>
        <w:t>Zdroj: STAT News</w:t>
      </w:r>
    </w:p>
    <w:p>
      <w:r>
        <w:t>Publikované: Thu, 08 Jan 2026 09:30:00 +0000</w:t>
      </w:r>
    </w:p>
    <w:p/>
    <w:p>
      <w:pPr>
        <w:pStyle w:val="Heading1"/>
      </w:pPr>
      <w:r>
        <w:t>Súhrn</w:t>
      </w:r>
    </w:p>
    <w:p>
      <w:r>
        <w:t>Článok uvádza, že dnes užíva liek na predpis viac ako 70 % Američanov.[2] Podľa citovaných údajov môže Američan narodený v roku 2020 očakávať, že strávi približne polovicu života užívaním liekov na predpis.[2] Text opisuje, že niektoré lieky, napríklad moderné protilátkovo-liekové konjugáty pri niektorých nádoroch, priniesli veľký prínos, zatiaľ čo iné, ako benzodiazepíny, mali dlhodobé nežiaduce následky.[2] Uvádza tiež, že aj veľmi účinné lieky, ako statíny, môžu byť nadhodnocované a často predpisované vo veľkom rozsahu.[2] Autor pripomína, že verejnosť zvyčajne venuje malú pozornosť možným nežiaducim účinkom liekov.[2] V článku sa spomína, že nefarmakologické prístupy, napríklad koučing, môžu byť pri niektorých stavoch (napr. depresia, nespavosť) účinnejšie ako samotné lieky.[2] Uvádza sa aj zistenie, že niektorí ľudia užívajúci statíny majú tendenciu stravovať sa menej zdravo, lebo majú pocit, že ich chráni liek.[2]</w:t>
      </w:r>
    </w:p>
    <w:p/>
    <w:p>
      <w:pPr>
        <w:jc w:val="center"/>
      </w:pPr>
      <w:r>
        <w:t>Vygenerované: 08.01.2026 11:04:01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