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Zmeny na trhu s liekmi GLP-1; Wegovy pilulky hity police; Liek na hyperkortizolizmus odmietnutý</w:t>
      </w:r>
    </w:p>
    <w:p>
      <w:r>
        <w:t>Zdroj: MedPage Today</w:t>
      </w:r>
    </w:p>
    <w:p>
      <w:r>
        <w:t>Publikované: Tue, 06 Jan 2026 13:00:30 -0500</w:t>
      </w:r>
    </w:p>
    <w:p/>
    <w:p>
      <w:pPr>
        <w:pStyle w:val="Heading1"/>
      </w:pPr>
      <w:r>
        <w:t>Súhrn</w:t>
      </w:r>
    </w:p>
    <w:p>
      <w:r>
        <w:t>Na trhu s liekmi GLP-1 dochádza k zmenám vrátane formy piluliek, silnejšej injekčnej aplikácie a viac možností platby v hotovosti[1]. Prvá GLP-1 tableta na obezitu, semaglutidové tablety Wegovy od Novo Nordisk, sa dostala na police[3]. Úvodná dávka 1,5 mg stojí 149 USD mesačne, silnejšie varianty 9 mg a 25 mg stoja 299 USD, dávka 4 mg zdražie od 15. apríla na 199 USD[3]. Tabletová forma ponúka alternatívu pre pacientov, ktorí nechcú injekcie, a prináša väčšiu flexibilitu v liečbe[3]. Výroba prebieha v Severnej Karolíne s predchádzajúcim zásobovaním, aby sa predišlo výpadkom ako v roku 2024[3]. Novo Nordisk dúfa, že tablety vrátia náskok pred konkurenciou Eli Lilly, ktorej Zepbound v roku 2025 predbehlo Wegovy v predpisoch[3]. Eli Lilly plánuje vlastný tabletový liek orforglipron ako cenovo dostupnejšiu alternatívu, s možným uvedením v roku 2026 po schválení FDA[2]. Liek na hyperkortizolizmus bol odmietnutý[originálny obsah].</w:t>
      </w:r>
    </w:p>
    <w:p/>
    <w:p>
      <w:pPr>
        <w:jc w:val="center"/>
      </w:pPr>
      <w:r>
        <w:t>Vygenerované: 06.01.2026 20:00:48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