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liekoch navrhnutých AI, lieku Arrowhead na obezitu a ďalších</w:t>
      </w:r>
    </w:p>
    <w:p>
      <w:r>
        <w:t>Zdroj: STAT News</w:t>
      </w:r>
    </w:p>
    <w:p>
      <w:r>
        <w:t>Publikované: Tue, 06 Jan 2026 14:25:06 +0000</w:t>
      </w:r>
    </w:p>
    <w:p/>
    <w:p>
      <w:pPr>
        <w:pStyle w:val="Heading1"/>
      </w:pPr>
      <w:r>
        <w:t>Súhrn</w:t>
      </w:r>
    </w:p>
    <w:p>
      <w:r>
        <w:t>Spoločnosť Arrowhead Pharmaceuticals vyvíja kandidátov na umlčanie génov na liečbu obezity.[1] Prebieha fáza 1/2a dvojito zaslepená štúdia s rastúcimi dávkami lieku ARO-INHBE u dospelých s obezitou.[1][2] Štúdia hodnotí bezpečnosť, toleranciu, farmakokinetiku a farmakodynamiku jednorazových a opakovaných dávok v časti 1.[1][2] Časť 2 skúma bezpečnosť, toleranciu a farmakodynamiku opakovaných dávok u pacientov s obezitou s alebo bez diabetu 2. typu, ktorí užívajú tirzepatid.[1][2] Časť 2 začne po vyhodnotení bezpečnostných údajov z časti 1 do 43. dňa.[1] Obezita zvyšuje riziko chorôb ako diabetes, srdcové ochorenia a mŕtvica, pričom zníženie tuku môže výrazne zlepšiť výsledky pacientov.[1] V USA má obezitu 2 z 5 dospelých a je najčastejšia vo veku 40 až 59 rokov.[1]</w:t>
      </w:r>
    </w:p>
    <w:p/>
    <w:p>
      <w:pPr>
        <w:jc w:val="center"/>
      </w:pPr>
      <w:r>
        <w:t>Vygenerované: 06.01.2026 16:01:26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