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Triedenie na parkovisku: Čo vidí pediater uprostred vypuknutia osýpok</w:t>
      </w:r>
    </w:p>
    <w:p>
      <w:r>
        <w:t>Zdroj: MedPage Today</w:t>
      </w:r>
    </w:p>
    <w:p>
      <w:r>
        <w:t>Publikované: Mon, 05 Jan 2026 11:06:15 -0500</w:t>
      </w:r>
    </w:p>
    <w:p/>
    <w:p>
      <w:pPr>
        <w:pStyle w:val="Heading1"/>
      </w:pPr>
      <w:r>
        <w:t>Súhrn</w:t>
      </w:r>
    </w:p>
    <w:p>
      <w:r>
        <w:t>Deborah Greenhouse, MD, z Columbie v Južnej Karolíne, vyjadrila 28. decembra frustráciu na sociálnych sieťach z prepuknutia osýpok v jej štáte. Ako pediater tri dni po Vianociach triedia pacientov na parkovisku. Píše, že robí veci, ktorým nemôže uveriť, že ich robí v nedeľu. Článok opisuje situáciu uprostred vypuknutia osýpok nazvaného „Parking Lot Triage“.</w:t>
      </w:r>
    </w:p>
    <w:p/>
    <w:p>
      <w:pPr>
        <w:jc w:val="center"/>
      </w:pPr>
      <w:r>
        <w:t>Vygenerované: 05.01.2026 19:00:41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