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Kontaminovaná voda obviňovaná z 10 úmrtí; odmietnutia FDA; Mamografia pre srdcové riziká?</w:t>
      </w:r>
    </w:p>
    <w:p>
      <w:r>
        <w:t>Zdroj: MedPage Today</w:t>
      </w:r>
    </w:p>
    <w:p>
      <w:r>
        <w:t>Publikované: Mon, 05 Jan 2026 09:20:22 -0500</w:t>
      </w:r>
    </w:p>
    <w:p/>
    <w:p>
      <w:pPr>
        <w:pStyle w:val="Heading1"/>
      </w:pPr>
      <w:r>
        <w:t>Súhrn</w:t>
      </w:r>
    </w:p>
    <w:p>
      <w:r>
        <w:t>V Indore v Indii došlo k zdravotnej kríze spôsobenou kontaminovanou pitnou vodou v oblasti Bhagirathpura, ktorá viedla k 9 úmrtiam a viac ako 200 hospitalizáciám. Obyvatelia hlásili zápachovú a zafarbenú vodu, po ktorej nasledovali vracanie, hnačka, dehydratácia a vysoké horúčky. Úradné testy vodných vzoriek v MGM Medical College potvrdili kontamináciu, ktorá spôsobila ochorenia a úmrtia. Predbežné posúdenie ukazuje, že k zmiešaniu kanalizácie s dodávkou obecnej vody došlo v distribučných sieťach a nádržiach. Oneskorenia v tendroch a slabé monitorovanie prispeli k viacerým takýmto incidentom v meste. Zdravotné orgány zdôrazňujú potrebu bezpečných systémov dodávky vody a lepšieho dohľadu.[1]</w:t>
      </w:r>
    </w:p>
    <w:p/>
    <w:p>
      <w:pPr>
        <w:jc w:val="center"/>
      </w:pPr>
      <w:r>
        <w:t>Vygenerované: 05.01.2026 17:00:30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