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Znížte byrokraciu pri klinických skúškach už teraz</w:t>
      </w:r>
    </w:p>
    <w:p>
      <w:r>
        <w:t>Zdroj: Nature Medicine</w:t>
      </w:r>
    </w:p>
    <w:p>
      <w:r>
        <w:t>Publikované: 2026-01-05</w:t>
      </w:r>
    </w:p>
    <w:p/>
    <w:p>
      <w:pPr>
        <w:pStyle w:val="Heading1"/>
      </w:pPr>
      <w:r>
        <w:t>Súhrn</w:t>
      </w:r>
    </w:p>
    <w:p>
      <w:r>
        <w:t>Klinické štúdie v Európe musia byť oveľa efektívnejšie, aby podporovali potreby vyšetrovateľov a pacientov. Spôsob, akým sú štúdie navrhnuté, vykonávané a regulované, by mal byť prispôsobený potrebám pacientov pre včasný a spravodlivý prístup k bezpečnej, účinnej a inovatívnej liečbe. Nadmerná byrokracia zvyšuje zložitosť, náklady a obmedzuje čas vyšetrovateľov na starostlivosť o pacientov. Koalícia medicínskych spoločností a zástupcov pacientov vyzýva na urgentné opatrenia na zníženie administratívnej záťaže. Odporúča zjednodušiť hlásenie bezpečnosti, urobiť informovaný súhlas zrozumiteľnejším a harmonizovať požiadavky v EÚ. Tieto zmeny majú zachovať bezpečnosť pacientov a kvalitu štúdií, pričom využívajú lekcie z pandémie COVID-19. Cieľom je urobiť klinické skúšky efektívnejšie, lacnejšie a zamerané na pacienta.[1][2][3][4][5]</w:t>
      </w:r>
    </w:p>
    <w:p/>
    <w:p>
      <w:pPr>
        <w:jc w:val="center"/>
      </w:pPr>
      <w:r>
        <w:t>Vygenerované: 05.01.2026 12:01:24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