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Údaje o verejnom zdraví by mali byť dostupné rovnako ako predpoveď počasia</w:t>
      </w:r>
    </w:p>
    <w:p>
      <w:r>
        <w:t>Zdroj: STAT News</w:t>
      </w:r>
    </w:p>
    <w:p>
      <w:r>
        <w:t>Publikované: Mon, 05 Jan 2026 09:30:00 +0000</w:t>
      </w:r>
    </w:p>
    <w:p/>
    <w:p>
      <w:pPr>
        <w:pStyle w:val="Heading1"/>
      </w:pPr>
      <w:r>
        <w:t>Súhrn</w:t>
      </w:r>
    </w:p>
    <w:p>
      <w:r>
        <w:t>Deborah Birx tvrdí, že údaje o verejnom zdraví by mali byť dostupné a intuitívne ako aplikácia na predpoveď počasia.[1] Počas svojho pôsobenia ako koordinátorka reakcie Bieleho domu na koronavírus existovali „paralelná sada údajov“ o Covid-19, ktoré boli dodávané prezidentovi Donaldovi Trumpovi.[1] Birx uviedla, že videla prezidenta prezentovať grafy, ktoré ona nikdy nevytvorila.[1] Podozrieva, že časť týchto údajov poskytol Scott Atlas, lekár bez predchádzajúcej skúsenosti s infekčnými chorobami.[1] Birx písala viac ako 310 denných správ, ktoré odoslala vyšším lídrom Bieleho domu, a robila podrobné poznámky z každého stretnutia.[1] Nie je si istá, či ich Trump čítal, pretože mala s ním minimálny kontakt.[1]</w:t>
      </w:r>
    </w:p>
    <w:p/>
    <w:p>
      <w:pPr>
        <w:jc w:val="center"/>
      </w:pPr>
      <w:r>
        <w:t>Vygenerované: 05.01.2026 11:00:57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