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Liek na chrípku, ktorý bol kedysi obviňovaný zo záchvatov u detí, má prekvapivý zvrat</w:t>
      </w:r>
    </w:p>
    <w:p>
      <w:r>
        <w:t>Zdroj: ScienceDaily Health</w:t>
      </w:r>
    </w:p>
    <w:p>
      <w:r>
        <w:t>Publikované: Mon, 05 Jan 2026 20:48:09 EST</w:t>
      </w:r>
    </w:p>
    <w:p/>
    <w:p>
      <w:pPr>
        <w:pStyle w:val="Heading1"/>
      </w:pPr>
      <w:r>
        <w:t>Súhrn</w:t>
      </w:r>
    </w:p>
    <w:p>
      <w:r>
        <w:t>Dlhotrvajúca diskusia o bezpečnosti lieku Tamiflu u detí sa môže konečne vyriešiť. Výskumníci zistili, že chrípka, nie antivírusová liečba, bola spojená so závažnými neuropsychiatrickými príhodami, ako sú záchvaty a halucinácie. Deti liečené Tamiflu mali približne polovičné riziko týchto príhod v porovnaní s neliečenými deťmi s chrípkou. Výsledky naznačujú, že liek môže byť skôr ochranný ako škodlivý.[1][3]</w:t>
      </w:r>
    </w:p>
    <w:p/>
    <w:p>
      <w:pPr>
        <w:jc w:val="center"/>
      </w:pPr>
      <w:r>
        <w:t>Vygenerované: 06.01.2026 07:00:42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