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[Department of Error] Department of Error</w:t>
      </w:r>
    </w:p>
    <w:p>
      <w:r>
        <w:t>Zdroj: The Lancet</w:t>
      </w:r>
    </w:p>
    <w:p>
      <w:r>
        <w:t>Publikované: 2026-01-03</w:t>
      </w:r>
    </w:p>
    <w:p/>
    <w:p>
      <w:pPr>
        <w:pStyle w:val="Heading1"/>
      </w:pPr>
      <w:r>
        <w:t>Súhrn</w:t>
      </w:r>
    </w:p>
    <w:p>
      <w:r>
        <w:t>Toto je department of error k článku Guttman-Yasky E, Kabashima K, Worm M a kol. publikovanému v časopise Lancet 2026; 407: 53–66. Článok sa zaoberá účinnosťou a bezpečnosťou rocatinlimabu na liečbu stredne ťažkej až ťažkej atopickej dermatitídy v dvoch globálnych, dvojito zaslepených, placebom kontrolovaných, randomizovaných klinických štúdiách fázy 3: ROCKET-IGNITE a ROCKET-HORIZON. V tomto department of error sa opravuje legenda tabuľky 2. Správne znenie je: „¶HASS a FASS sú nástroje, ktoré hodnotia celkovú závažnosť AD na ruke a tvári na základe štvorkategóriovej stupnice od jasnej (0) po závažnú (4)“. Táto zmena bola vykonaná aj v prílohe na strane 29. Žiadne ďalšie zmeny alebo hlavné zistenia štúdií nie sú v tomto texte uvedené.</w:t>
      </w:r>
    </w:p>
    <w:p/>
    <w:p>
      <w:pPr>
        <w:jc w:val="center"/>
      </w:pPr>
      <w:r>
        <w:t>Vygenerované: 02.01.2026 01:03:50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